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7: A Place of Refuge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What is the difference between an immigrant and a refugee?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way Canadians helped refugees in 1979 and 1980.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 you think all Canadians received the Nansen Award?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how Canada has welcomed refugees.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